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A6C5D" w:rsidRDefault="00000000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204CFDD5" wp14:editId="07777777">
            <wp:extent cx="6995160" cy="10036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e_header_final_official_whit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100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D6DBD4"/>
          <w:left w:val="single" w:sz="6" w:space="0" w:color="D6DBD4"/>
          <w:bottom w:val="single" w:sz="6" w:space="0" w:color="D6DBD4"/>
          <w:right w:val="single" w:sz="6" w:space="0" w:color="D6DBD4"/>
          <w:insideH w:val="single" w:sz="6" w:space="0" w:color="D6DBD4"/>
          <w:insideV w:val="single" w:sz="6" w:space="0" w:color="D6DBD4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384"/>
        <w:gridCol w:w="2088"/>
        <w:gridCol w:w="3470"/>
        <w:gridCol w:w="87"/>
      </w:tblGrid>
      <w:tr w:rsidR="004A6C5D" w14:paraId="4DD34846" w14:textId="77777777" w:rsidTr="10CDCFA3">
        <w:trPr>
          <w:gridAfter w:val="1"/>
          <w:wAfter w:w="87" w:type="dxa"/>
          <w:jc w:val="center"/>
        </w:trPr>
        <w:tc>
          <w:tcPr>
            <w:tcW w:w="11030" w:type="dxa"/>
            <w:gridSpan w:val="4"/>
            <w:shd w:val="clear" w:color="auto" w:fill="F3E8C7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9CA7F33" w14:textId="77777777" w:rsidR="004A6C5D" w:rsidRDefault="10CDCFA3">
            <w:pPr>
              <w:spacing w:after="0" w:line="240" w:lineRule="auto"/>
            </w:pPr>
            <w:r w:rsidRPr="10CDCFA3">
              <w:rPr>
                <w:color w:val="000000"/>
                <w:sz w:val="21"/>
                <w:szCs w:val="21"/>
              </w:rPr>
              <w:t>Purpose: This coversheet documents required Department Chair and Dean approval of a Faculty-Led Study Abroad Program proposal before final submission to the Office of International Education and the Institute's Study Abroad Committee.</w:t>
            </w:r>
          </w:p>
        </w:tc>
      </w:tr>
      <w:tr w:rsidR="004A6C5D" w14:paraId="35A6EAA5" w14:textId="77777777">
        <w:tblPrEx>
          <w:tblBorders>
            <w:top w:val="single" w:sz="8" w:space="0" w:color="003057"/>
            <w:left w:val="single" w:sz="8" w:space="0" w:color="003057"/>
            <w:bottom w:val="single" w:sz="8" w:space="0" w:color="003057"/>
            <w:right w:val="single" w:sz="8" w:space="0" w:color="003057"/>
            <w:insideH w:val="single" w:sz="8" w:space="0" w:color="003057"/>
            <w:insideV w:val="single" w:sz="8" w:space="0" w:color="003057"/>
          </w:tblBorders>
        </w:tblPrEx>
        <w:trPr>
          <w:gridAfter w:val="1"/>
          <w:wAfter w:w="87" w:type="dxa"/>
          <w:jc w:val="center"/>
        </w:trPr>
        <w:tc>
          <w:tcPr>
            <w:tcW w:w="11030" w:type="dxa"/>
            <w:gridSpan w:val="4"/>
            <w:shd w:val="clear" w:color="auto" w:fill="003057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C4FE7CD" w14:textId="77777777" w:rsidR="004A6C5D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PROGRAM DIRECTOR INSTRUCTIONS</w:t>
            </w:r>
          </w:p>
        </w:tc>
      </w:tr>
      <w:tr w:rsidR="004A6C5D" w14:paraId="7B9B70CD" w14:textId="77777777" w:rsidTr="10CDCFA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gridAfter w:val="1"/>
          <w:wAfter w:w="87" w:type="dxa"/>
          <w:jc w:val="center"/>
        </w:trPr>
        <w:tc>
          <w:tcPr>
            <w:tcW w:w="11030" w:type="dxa"/>
            <w:gridSpan w:val="4"/>
            <w:shd w:val="clear" w:color="auto" w:fill="FFFFFF" w:themeFill="background1"/>
            <w:tcMar>
              <w:top w:w="75" w:type="dxa"/>
              <w:left w:w="165" w:type="dxa"/>
              <w:bottom w:w="65" w:type="dxa"/>
              <w:right w:w="120" w:type="dxa"/>
            </w:tcMar>
          </w:tcPr>
          <w:p w14:paraId="7CCD97B8" w14:textId="5839190E" w:rsidR="002A6993" w:rsidRPr="002A6993" w:rsidRDefault="002A6993" w:rsidP="002A6993">
            <w:pPr>
              <w:spacing w:line="240" w:lineRule="auto"/>
              <w:contextualSpacing/>
              <w:rPr>
                <w:sz w:val="21"/>
                <w:szCs w:val="21"/>
              </w:rPr>
            </w:pPr>
            <w:r w:rsidRPr="002A6993">
              <w:rPr>
                <w:sz w:val="21"/>
                <w:szCs w:val="21"/>
              </w:rPr>
              <w:t xml:space="preserve">• Complete this coversheet and submit it with all course approval forms and the program budget to each required Chair and Dean for review and approval. </w:t>
            </w:r>
          </w:p>
          <w:p w14:paraId="6A4E7917" w14:textId="0E5E719C" w:rsidR="002A6993" w:rsidRPr="002A6993" w:rsidRDefault="002A6993" w:rsidP="002A6993">
            <w:pPr>
              <w:spacing w:line="240" w:lineRule="auto"/>
              <w:contextualSpacing/>
              <w:rPr>
                <w:sz w:val="21"/>
                <w:szCs w:val="21"/>
              </w:rPr>
            </w:pPr>
            <w:r w:rsidRPr="002A6993">
              <w:rPr>
                <w:sz w:val="21"/>
                <w:szCs w:val="21"/>
              </w:rPr>
              <w:t xml:space="preserve">• Route this coversheet for DocuSign signature; include both Chair(s) and Dean(s) when the program is jointly housed by two academic units or colleges. </w:t>
            </w:r>
          </w:p>
          <w:p w14:paraId="5223EA27" w14:textId="5F886383" w:rsidR="004A6C5D" w:rsidRDefault="002A6993" w:rsidP="002A6993">
            <w:pPr>
              <w:spacing w:after="50" w:line="240" w:lineRule="auto"/>
              <w:ind w:left="245" w:hanging="245"/>
            </w:pPr>
            <w:r w:rsidRPr="002A6993">
              <w:rPr>
                <w:sz w:val="21"/>
                <w:szCs w:val="21"/>
              </w:rPr>
              <w:t>• Upload the fully executed signed coversheet PDF with the final Microsoft Forms proposal submission.</w:t>
            </w:r>
          </w:p>
        </w:tc>
      </w:tr>
      <w:tr w:rsidR="004A6C5D" w14:paraId="687C3732" w14:textId="77777777">
        <w:tblPrEx>
          <w:tblBorders>
            <w:top w:val="single" w:sz="8" w:space="0" w:color="003057"/>
            <w:left w:val="single" w:sz="8" w:space="0" w:color="003057"/>
            <w:bottom w:val="single" w:sz="8" w:space="0" w:color="003057"/>
            <w:right w:val="single" w:sz="8" w:space="0" w:color="003057"/>
            <w:insideH w:val="single" w:sz="8" w:space="0" w:color="003057"/>
            <w:insideV w:val="single" w:sz="8" w:space="0" w:color="003057"/>
          </w:tblBorders>
        </w:tblPrEx>
        <w:trPr>
          <w:gridAfter w:val="1"/>
          <w:wAfter w:w="87" w:type="dxa"/>
          <w:jc w:val="center"/>
        </w:trPr>
        <w:tc>
          <w:tcPr>
            <w:tcW w:w="11030" w:type="dxa"/>
            <w:gridSpan w:val="4"/>
            <w:shd w:val="clear" w:color="auto" w:fill="003057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ADE0EF3" w14:textId="77777777" w:rsidR="004A6C5D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PROGRAM INFORMATION</w:t>
            </w:r>
          </w:p>
        </w:tc>
      </w:tr>
      <w:tr w:rsidR="004A6C5D" w14:paraId="4B411B0E" w14:textId="77777777" w:rsidTr="002A699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trHeight w:val="1020"/>
          <w:jc w:val="center"/>
        </w:trPr>
        <w:tc>
          <w:tcPr>
            <w:tcW w:w="2088" w:type="dxa"/>
            <w:shd w:val="clear" w:color="auto" w:fill="E9ECEF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2AE04019" w14:textId="77777777" w:rsidR="004A6C5D" w:rsidRDefault="00000000">
            <w:pPr>
              <w:spacing w:after="0" w:line="240" w:lineRule="auto"/>
            </w:pPr>
            <w:r>
              <w:rPr>
                <w:b/>
                <w:color w:val="003057"/>
                <w:sz w:val="20"/>
              </w:rPr>
              <w:t>Program Name</w:t>
            </w:r>
          </w:p>
        </w:tc>
        <w:tc>
          <w:tcPr>
            <w:tcW w:w="338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29D6B04F" w14:textId="169E659D" w:rsidR="004A6C5D" w:rsidRDefault="00000000">
            <w:pPr>
              <w:spacing w:after="0" w:line="240" w:lineRule="auto"/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88" w:type="dxa"/>
            <w:shd w:val="clear" w:color="auto" w:fill="E9ECEF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576F8CB8" w14:textId="77777777" w:rsidR="004A6C5D" w:rsidRDefault="00000000">
            <w:pPr>
              <w:spacing w:after="0" w:line="240" w:lineRule="auto"/>
            </w:pPr>
            <w:r>
              <w:rPr>
                <w:b/>
                <w:color w:val="003057"/>
                <w:sz w:val="20"/>
              </w:rPr>
              <w:t>Program Director(s)</w:t>
            </w:r>
          </w:p>
        </w:tc>
        <w:tc>
          <w:tcPr>
            <w:tcW w:w="3557" w:type="dxa"/>
            <w:gridSpan w:val="2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0A6959E7" w14:textId="77777777" w:rsidR="004A6C5D" w:rsidRDefault="00000000">
            <w:pPr>
              <w:spacing w:after="0" w:line="240" w:lineRule="auto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4A6C5D" w14:paraId="21F145E7" w14:textId="77777777" w:rsidTr="002A699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trHeight w:val="1080"/>
          <w:jc w:val="center"/>
        </w:trPr>
        <w:tc>
          <w:tcPr>
            <w:tcW w:w="2088" w:type="dxa"/>
            <w:shd w:val="clear" w:color="auto" w:fill="E9ECEF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473B3D57" w14:textId="269608B7" w:rsidR="004A6C5D" w:rsidRDefault="3BC20112" w:rsidP="10CDCFA3">
            <w:pPr>
              <w:spacing w:after="0" w:line="240" w:lineRule="auto"/>
            </w:pPr>
            <w:r w:rsidRPr="10CDCFA3">
              <w:rPr>
                <w:b/>
                <w:bCs/>
                <w:color w:val="003057"/>
                <w:sz w:val="20"/>
                <w:szCs w:val="20"/>
              </w:rPr>
              <w:t>Program Location(s)</w:t>
            </w:r>
          </w:p>
        </w:tc>
        <w:tc>
          <w:tcPr>
            <w:tcW w:w="338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100C5B58" w14:textId="77777777" w:rsidR="004A6C5D" w:rsidRDefault="00000000">
            <w:pPr>
              <w:spacing w:after="0" w:line="240" w:lineRule="auto"/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88" w:type="dxa"/>
            <w:shd w:val="clear" w:color="auto" w:fill="E9ECEF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20F1B74B" w14:textId="1656A1DB" w:rsidR="004A6C5D" w:rsidRDefault="002A6993">
            <w:pPr>
              <w:spacing w:after="0" w:line="240" w:lineRule="auto"/>
            </w:pPr>
            <w:r>
              <w:rPr>
                <w:b/>
                <w:color w:val="003057"/>
                <w:sz w:val="20"/>
              </w:rPr>
              <w:t>Program Dates</w:t>
            </w:r>
          </w:p>
        </w:tc>
        <w:tc>
          <w:tcPr>
            <w:tcW w:w="3557" w:type="dxa"/>
            <w:gridSpan w:val="2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12F40E89" w14:textId="77777777" w:rsidR="004A6C5D" w:rsidRDefault="00000000">
            <w:pPr>
              <w:spacing w:after="0" w:line="240" w:lineRule="auto"/>
            </w:pP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2A6993" w14:paraId="4C19D0E3" w14:textId="77777777" w:rsidTr="002A699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trHeight w:val="1080"/>
          <w:jc w:val="center"/>
        </w:trPr>
        <w:tc>
          <w:tcPr>
            <w:tcW w:w="2088" w:type="dxa"/>
            <w:shd w:val="clear" w:color="auto" w:fill="E9ECEF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2147534A" w14:textId="335D1E0D" w:rsidR="002A6993" w:rsidRPr="10CDCFA3" w:rsidRDefault="002A6993" w:rsidP="10CDCFA3">
            <w:pPr>
              <w:spacing w:after="0" w:line="240" w:lineRule="auto"/>
              <w:rPr>
                <w:b/>
                <w:bCs/>
                <w:color w:val="003057"/>
                <w:sz w:val="20"/>
                <w:szCs w:val="20"/>
              </w:rPr>
            </w:pPr>
            <w:r>
              <w:rPr>
                <w:b/>
                <w:bCs/>
                <w:color w:val="003057"/>
                <w:sz w:val="20"/>
                <w:szCs w:val="20"/>
              </w:rPr>
              <w:t>Program Faculty and Staff Names (list all)</w:t>
            </w:r>
          </w:p>
        </w:tc>
        <w:tc>
          <w:tcPr>
            <w:tcW w:w="338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48531446" w14:textId="3D4A00C5" w:rsidR="002A6993" w:rsidRDefault="002A6993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2088" w:type="dxa"/>
            <w:shd w:val="clear" w:color="auto" w:fill="E9ECEF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363DABD4" w14:textId="5C7C9B42" w:rsidR="002A6993" w:rsidRDefault="002A6993">
            <w:pPr>
              <w:spacing w:after="0" w:line="240" w:lineRule="auto"/>
              <w:rPr>
                <w:b/>
                <w:color w:val="003057"/>
                <w:sz w:val="20"/>
              </w:rPr>
            </w:pPr>
            <w:r>
              <w:rPr>
                <w:b/>
                <w:color w:val="003057"/>
                <w:sz w:val="20"/>
              </w:rPr>
              <w:t>Program Courses (list all)</w:t>
            </w:r>
          </w:p>
        </w:tc>
        <w:tc>
          <w:tcPr>
            <w:tcW w:w="3557" w:type="dxa"/>
            <w:gridSpan w:val="2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80" w:type="dxa"/>
            </w:tcMar>
            <w:vAlign w:val="center"/>
          </w:tcPr>
          <w:p w14:paraId="76F5BB27" w14:textId="77777777" w:rsidR="002A6993" w:rsidRDefault="002A6993">
            <w:pPr>
              <w:spacing w:after="0" w:line="240" w:lineRule="auto"/>
              <w:rPr>
                <w:color w:val="000000"/>
                <w:sz w:val="20"/>
              </w:rPr>
            </w:pPr>
          </w:p>
        </w:tc>
      </w:tr>
    </w:tbl>
    <w:p w14:paraId="06ADE82F" w14:textId="318A3400" w:rsidR="10CDCFA3" w:rsidRDefault="10CDCFA3"/>
    <w:tbl>
      <w:tblPr>
        <w:tblW w:w="0" w:type="auto"/>
        <w:jc w:val="center"/>
        <w:tblBorders>
          <w:top w:val="single" w:sz="8" w:space="0" w:color="003057"/>
          <w:left w:val="single" w:sz="8" w:space="0" w:color="003057"/>
          <w:bottom w:val="single" w:sz="8" w:space="0" w:color="003057"/>
          <w:right w:val="single" w:sz="8" w:space="0" w:color="003057"/>
          <w:insideH w:val="single" w:sz="8" w:space="0" w:color="003057"/>
          <w:insideV w:val="single" w:sz="8" w:space="0" w:color="003057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5522"/>
        <w:gridCol w:w="34"/>
      </w:tblGrid>
      <w:tr w:rsidR="004A6C5D" w14:paraId="4DF7D0CE" w14:textId="77777777">
        <w:trPr>
          <w:gridAfter w:val="1"/>
          <w:wAfter w:w="14" w:type="dxa"/>
          <w:jc w:val="center"/>
        </w:trPr>
        <w:tc>
          <w:tcPr>
            <w:tcW w:w="11030" w:type="dxa"/>
            <w:gridSpan w:val="2"/>
            <w:shd w:val="clear" w:color="auto" w:fill="003057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551599B" w14:textId="77777777" w:rsidR="004A6C5D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APPROVAL CERTIFICATION</w:t>
            </w:r>
          </w:p>
        </w:tc>
      </w:tr>
      <w:tr w:rsidR="004A6C5D" w14:paraId="345643EE" w14:textId="77777777" w:rsidTr="10CDCFA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gridAfter w:val="1"/>
          <w:wAfter w:w="34" w:type="dxa"/>
          <w:jc w:val="center"/>
        </w:trPr>
        <w:tc>
          <w:tcPr>
            <w:tcW w:w="11030" w:type="dxa"/>
            <w:gridSpan w:val="2"/>
            <w:shd w:val="clear" w:color="auto" w:fill="FFFFFF" w:themeFill="background1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3FFEA08" w14:textId="09581800" w:rsidR="004A6C5D" w:rsidRDefault="10CDCFA3" w:rsidP="10CDCFA3">
            <w:pPr>
              <w:spacing w:after="0" w:line="240" w:lineRule="auto"/>
            </w:pPr>
            <w:r w:rsidRPr="10CDCFA3">
              <w:rPr>
                <w:color w:val="000000"/>
                <w:sz w:val="21"/>
                <w:szCs w:val="21"/>
              </w:rPr>
              <w:t xml:space="preserve">By signing below, each approver certifies review of the </w:t>
            </w:r>
            <w:r w:rsidR="002A6993">
              <w:rPr>
                <w:color w:val="000000"/>
                <w:sz w:val="21"/>
                <w:szCs w:val="21"/>
              </w:rPr>
              <w:t xml:space="preserve">program details above, </w:t>
            </w:r>
            <w:r w:rsidRPr="10CDCFA3">
              <w:rPr>
                <w:color w:val="000000" w:themeColor="text1"/>
                <w:sz w:val="21"/>
                <w:szCs w:val="21"/>
              </w:rPr>
              <w:t xml:space="preserve">all course </w:t>
            </w:r>
            <w:r w:rsidR="200C8BF0" w:rsidRPr="10CDCFA3">
              <w:rPr>
                <w:color w:val="000000" w:themeColor="text1"/>
                <w:sz w:val="21"/>
                <w:szCs w:val="21"/>
              </w:rPr>
              <w:t xml:space="preserve">approval </w:t>
            </w:r>
            <w:r w:rsidRPr="10CDCFA3">
              <w:rPr>
                <w:color w:val="000000" w:themeColor="text1"/>
                <w:sz w:val="21"/>
                <w:szCs w:val="21"/>
              </w:rPr>
              <w:t xml:space="preserve">forms, the program budget, </w:t>
            </w:r>
            <w:r w:rsidR="4B980DD1" w:rsidRPr="10CDCFA3">
              <w:rPr>
                <w:color w:val="000000" w:themeColor="text1"/>
                <w:sz w:val="21"/>
                <w:szCs w:val="21"/>
              </w:rPr>
              <w:t xml:space="preserve">and </w:t>
            </w:r>
            <w:r w:rsidRPr="10CDCFA3">
              <w:rPr>
                <w:color w:val="000000" w:themeColor="text1"/>
                <w:sz w:val="21"/>
                <w:szCs w:val="21"/>
              </w:rPr>
              <w:t>promotional materials if applicable. Each signature indicates support for submission to the Office of International Education and the Institute Study Abroad Committee for review.</w:t>
            </w:r>
          </w:p>
        </w:tc>
      </w:tr>
      <w:tr w:rsidR="004A6C5D" w14:paraId="5464C8F0" w14:textId="77777777">
        <w:trPr>
          <w:gridAfter w:val="1"/>
          <w:wAfter w:w="14" w:type="dxa"/>
          <w:jc w:val="center"/>
        </w:trPr>
        <w:tc>
          <w:tcPr>
            <w:tcW w:w="11030" w:type="dxa"/>
            <w:gridSpan w:val="2"/>
            <w:shd w:val="clear" w:color="auto" w:fill="003057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A66DB48" w14:textId="77777777" w:rsidR="004A6C5D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REQUIRED SIGNATURES - DOCUSIGN SIGNATURES ACCEPTED</w:t>
            </w:r>
          </w:p>
        </w:tc>
      </w:tr>
      <w:tr w:rsidR="004A6C5D" w14:paraId="3229E93D" w14:textId="77777777" w:rsidTr="10CDCFA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jc w:val="center"/>
        </w:trPr>
        <w:tc>
          <w:tcPr>
            <w:tcW w:w="5508" w:type="dxa"/>
            <w:shd w:val="clear" w:color="auto" w:fill="FFFFFF" w:themeFill="background1"/>
            <w:tcMar>
              <w:top w:w="85" w:type="dxa"/>
              <w:left w:w="110" w:type="dxa"/>
              <w:bottom w:w="70" w:type="dxa"/>
              <w:right w:w="90" w:type="dxa"/>
            </w:tcMar>
          </w:tcPr>
          <w:p w14:paraId="53FD9AD1" w14:textId="77777777" w:rsidR="004A6C5D" w:rsidRDefault="10CDCFA3">
            <w:pPr>
              <w:spacing w:after="60"/>
            </w:pPr>
            <w:r w:rsidRPr="10CDCFA3">
              <w:rPr>
                <w:b/>
                <w:bCs/>
                <w:color w:val="003057"/>
                <w:sz w:val="21"/>
                <w:szCs w:val="21"/>
              </w:rPr>
              <w:t xml:space="preserve">Department Chair Approval </w:t>
            </w:r>
          </w:p>
          <w:p w14:paraId="3CFDA857" w14:textId="77777777" w:rsidR="004A6C5D" w:rsidRDefault="00000000">
            <w:pPr>
              <w:spacing w:after="30" w:line="240" w:lineRule="auto"/>
            </w:pPr>
            <w:r>
              <w:rPr>
                <w:b/>
                <w:sz w:val="19"/>
              </w:rPr>
              <w:t xml:space="preserve">Chair Name: </w:t>
            </w:r>
            <w:r>
              <w:rPr>
                <w:sz w:val="19"/>
              </w:rPr>
              <w:t>___________________________</w:t>
            </w:r>
          </w:p>
          <w:p w14:paraId="4730999F" w14:textId="77777777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 xml:space="preserve">Department / Academic Unit: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  <w:p w14:paraId="3C5C272B" w14:textId="01A5F9F6" w:rsidR="10CDCFA3" w:rsidRDefault="10CDCFA3" w:rsidP="10CDCFA3">
            <w:pPr>
              <w:spacing w:after="30" w:line="240" w:lineRule="auto"/>
              <w:rPr>
                <w:sz w:val="19"/>
                <w:szCs w:val="19"/>
              </w:rPr>
            </w:pPr>
          </w:p>
          <w:p w14:paraId="51A7774F" w14:textId="3AFA6BF5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>Signature</w:t>
            </w:r>
            <w:r w:rsidR="51A97F8F" w:rsidRPr="10CDCFA3">
              <w:rPr>
                <w:b/>
                <w:bCs/>
                <w:sz w:val="19"/>
                <w:szCs w:val="19"/>
              </w:rPr>
              <w:t xml:space="preserve"> and Date</w:t>
            </w:r>
            <w:r w:rsidRPr="10CDCFA3">
              <w:rPr>
                <w:b/>
                <w:bCs/>
                <w:sz w:val="19"/>
                <w:szCs w:val="19"/>
              </w:rPr>
              <w:t xml:space="preserve">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</w:tc>
        <w:tc>
          <w:tcPr>
            <w:tcW w:w="5508" w:type="dxa"/>
            <w:gridSpan w:val="2"/>
            <w:shd w:val="clear" w:color="auto" w:fill="FFFFFF" w:themeFill="background1"/>
            <w:tcMar>
              <w:top w:w="85" w:type="dxa"/>
              <w:left w:w="110" w:type="dxa"/>
              <w:bottom w:w="70" w:type="dxa"/>
              <w:right w:w="90" w:type="dxa"/>
            </w:tcMar>
          </w:tcPr>
          <w:p w14:paraId="1FA8DE4E" w14:textId="77777777" w:rsidR="004A6C5D" w:rsidRDefault="10CDCFA3" w:rsidP="10CDCFA3">
            <w:pPr>
              <w:spacing w:after="60"/>
            </w:pPr>
            <w:r w:rsidRPr="10CDCFA3">
              <w:rPr>
                <w:b/>
                <w:bCs/>
                <w:color w:val="003057"/>
                <w:sz w:val="21"/>
                <w:szCs w:val="21"/>
              </w:rPr>
              <w:t>Department Chair Approval (if applicable)</w:t>
            </w:r>
          </w:p>
          <w:p w14:paraId="347B3110" w14:textId="77777777" w:rsidR="004A6C5D" w:rsidRDefault="00000000">
            <w:pPr>
              <w:spacing w:after="30" w:line="240" w:lineRule="auto"/>
            </w:pPr>
            <w:r>
              <w:rPr>
                <w:b/>
                <w:sz w:val="19"/>
              </w:rPr>
              <w:t xml:space="preserve">Chair Name: </w:t>
            </w:r>
            <w:r>
              <w:rPr>
                <w:sz w:val="19"/>
              </w:rPr>
              <w:t>___________________________</w:t>
            </w:r>
          </w:p>
          <w:p w14:paraId="6342691F" w14:textId="77777777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 xml:space="preserve">Department / Academic Unit: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  <w:p w14:paraId="4342E502" w14:textId="135EED29" w:rsidR="10CDCFA3" w:rsidRDefault="10CDCFA3" w:rsidP="10CDCFA3">
            <w:pPr>
              <w:spacing w:after="30" w:line="240" w:lineRule="auto"/>
              <w:rPr>
                <w:b/>
                <w:bCs/>
                <w:sz w:val="19"/>
                <w:szCs w:val="19"/>
              </w:rPr>
            </w:pPr>
          </w:p>
          <w:p w14:paraId="05DED370" w14:textId="064549A4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>Signature</w:t>
            </w:r>
            <w:r w:rsidR="5E3B08A8" w:rsidRPr="10CDCFA3">
              <w:rPr>
                <w:b/>
                <w:bCs/>
                <w:sz w:val="19"/>
                <w:szCs w:val="19"/>
              </w:rPr>
              <w:t xml:space="preserve"> and Date</w:t>
            </w:r>
            <w:r w:rsidRPr="10CDCFA3">
              <w:rPr>
                <w:b/>
                <w:bCs/>
                <w:sz w:val="19"/>
                <w:szCs w:val="19"/>
              </w:rPr>
              <w:t xml:space="preserve">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</w:tc>
      </w:tr>
      <w:tr w:rsidR="004A6C5D" w14:paraId="189BD85C" w14:textId="77777777" w:rsidTr="10CDCFA3">
        <w:tblPrEx>
          <w:tblBorders>
            <w:top w:val="single" w:sz="6" w:space="0" w:color="B8C1CA"/>
            <w:left w:val="single" w:sz="6" w:space="0" w:color="B8C1CA"/>
            <w:bottom w:val="single" w:sz="6" w:space="0" w:color="B8C1CA"/>
            <w:right w:val="single" w:sz="6" w:space="0" w:color="B8C1CA"/>
            <w:insideH w:val="single" w:sz="6" w:space="0" w:color="B8C1CA"/>
            <w:insideV w:val="single" w:sz="6" w:space="0" w:color="B8C1CA"/>
          </w:tblBorders>
        </w:tblPrEx>
        <w:trPr>
          <w:jc w:val="center"/>
        </w:trPr>
        <w:tc>
          <w:tcPr>
            <w:tcW w:w="5508" w:type="dxa"/>
            <w:shd w:val="clear" w:color="auto" w:fill="FFFFFF" w:themeFill="background1"/>
            <w:tcMar>
              <w:top w:w="85" w:type="dxa"/>
              <w:left w:w="110" w:type="dxa"/>
              <w:bottom w:w="70" w:type="dxa"/>
              <w:right w:w="90" w:type="dxa"/>
            </w:tcMar>
          </w:tcPr>
          <w:p w14:paraId="677B0D51" w14:textId="77777777" w:rsidR="004A6C5D" w:rsidRDefault="21858F56">
            <w:pPr>
              <w:spacing w:after="60"/>
            </w:pPr>
            <w:r w:rsidRPr="10CDCFA3">
              <w:rPr>
                <w:b/>
                <w:bCs/>
                <w:color w:val="003057"/>
                <w:sz w:val="21"/>
                <w:szCs w:val="21"/>
              </w:rPr>
              <w:t xml:space="preserve">College Dean Approval </w:t>
            </w:r>
          </w:p>
          <w:p w14:paraId="20086C88" w14:textId="77777777" w:rsidR="004A6C5D" w:rsidRDefault="00000000">
            <w:pPr>
              <w:spacing w:after="30" w:line="240" w:lineRule="auto"/>
            </w:pPr>
            <w:r>
              <w:rPr>
                <w:b/>
                <w:sz w:val="19"/>
              </w:rPr>
              <w:t xml:space="preserve">Dean Name: </w:t>
            </w:r>
            <w:r>
              <w:rPr>
                <w:sz w:val="19"/>
              </w:rPr>
              <w:t>___________________________</w:t>
            </w:r>
          </w:p>
          <w:p w14:paraId="4F0EA3E4" w14:textId="77777777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 xml:space="preserve">College: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  <w:p w14:paraId="396DC250" w14:textId="1C824605" w:rsidR="10CDCFA3" w:rsidRDefault="10CDCFA3" w:rsidP="10CDCFA3">
            <w:pPr>
              <w:spacing w:after="30" w:line="240" w:lineRule="auto"/>
              <w:rPr>
                <w:sz w:val="19"/>
                <w:szCs w:val="19"/>
              </w:rPr>
            </w:pPr>
          </w:p>
          <w:p w14:paraId="75DF3FF1" w14:textId="3867B584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>Signature</w:t>
            </w:r>
            <w:r w:rsidR="2545DB65" w:rsidRPr="10CDCFA3">
              <w:rPr>
                <w:b/>
                <w:bCs/>
                <w:sz w:val="19"/>
                <w:szCs w:val="19"/>
              </w:rPr>
              <w:t xml:space="preserve"> and Date</w:t>
            </w:r>
            <w:r w:rsidRPr="10CDCFA3">
              <w:rPr>
                <w:b/>
                <w:bCs/>
                <w:sz w:val="19"/>
                <w:szCs w:val="19"/>
              </w:rPr>
              <w:t xml:space="preserve">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</w:tc>
        <w:tc>
          <w:tcPr>
            <w:tcW w:w="5508" w:type="dxa"/>
            <w:gridSpan w:val="2"/>
            <w:shd w:val="clear" w:color="auto" w:fill="FFFFFF" w:themeFill="background1"/>
            <w:tcMar>
              <w:top w:w="85" w:type="dxa"/>
              <w:left w:w="110" w:type="dxa"/>
              <w:bottom w:w="70" w:type="dxa"/>
              <w:right w:w="90" w:type="dxa"/>
            </w:tcMar>
          </w:tcPr>
          <w:p w14:paraId="41C943A7" w14:textId="4A922F72" w:rsidR="004A6C5D" w:rsidRDefault="1AF54DA7" w:rsidP="10CDCFA3">
            <w:pPr>
              <w:spacing w:after="60"/>
              <w:rPr>
                <w:b/>
                <w:bCs/>
                <w:color w:val="003057"/>
                <w:sz w:val="21"/>
                <w:szCs w:val="21"/>
              </w:rPr>
            </w:pPr>
            <w:r w:rsidRPr="10CDCFA3">
              <w:rPr>
                <w:b/>
                <w:bCs/>
                <w:color w:val="003057"/>
                <w:sz w:val="21"/>
                <w:szCs w:val="21"/>
              </w:rPr>
              <w:t xml:space="preserve">College </w:t>
            </w:r>
            <w:r w:rsidR="10CDCFA3" w:rsidRPr="10CDCFA3">
              <w:rPr>
                <w:b/>
                <w:bCs/>
                <w:color w:val="003057"/>
                <w:sz w:val="21"/>
                <w:szCs w:val="21"/>
              </w:rPr>
              <w:t xml:space="preserve">Dean Approval </w:t>
            </w:r>
            <w:r w:rsidR="50450B6D" w:rsidRPr="10CDCFA3">
              <w:rPr>
                <w:b/>
                <w:bCs/>
                <w:color w:val="003057"/>
                <w:sz w:val="21"/>
                <w:szCs w:val="21"/>
              </w:rPr>
              <w:t>(i</w:t>
            </w:r>
            <w:r w:rsidR="10CDCFA3" w:rsidRPr="10CDCFA3">
              <w:rPr>
                <w:b/>
                <w:bCs/>
                <w:color w:val="003057"/>
                <w:sz w:val="21"/>
                <w:szCs w:val="21"/>
              </w:rPr>
              <w:t>f applicable</w:t>
            </w:r>
            <w:r w:rsidR="49D67445" w:rsidRPr="10CDCFA3">
              <w:rPr>
                <w:b/>
                <w:bCs/>
                <w:color w:val="003057"/>
                <w:sz w:val="21"/>
                <w:szCs w:val="21"/>
              </w:rPr>
              <w:t>)</w:t>
            </w:r>
          </w:p>
          <w:p w14:paraId="03898A5D" w14:textId="77777777" w:rsidR="004A6C5D" w:rsidRDefault="00000000">
            <w:pPr>
              <w:spacing w:after="30" w:line="240" w:lineRule="auto"/>
            </w:pPr>
            <w:r>
              <w:rPr>
                <w:b/>
                <w:sz w:val="19"/>
              </w:rPr>
              <w:t xml:space="preserve">Dean Name: </w:t>
            </w:r>
            <w:r>
              <w:rPr>
                <w:sz w:val="19"/>
              </w:rPr>
              <w:t>___________________________</w:t>
            </w:r>
          </w:p>
          <w:p w14:paraId="06A9A6A8" w14:textId="77777777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 xml:space="preserve">College: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  <w:p w14:paraId="523519B6" w14:textId="4F961826" w:rsidR="10CDCFA3" w:rsidRDefault="10CDCFA3" w:rsidP="10CDCFA3">
            <w:pPr>
              <w:spacing w:after="30" w:line="240" w:lineRule="auto"/>
              <w:rPr>
                <w:sz w:val="19"/>
                <w:szCs w:val="19"/>
              </w:rPr>
            </w:pPr>
          </w:p>
          <w:p w14:paraId="03DD392A" w14:textId="388151B0" w:rsidR="004A6C5D" w:rsidRDefault="10CDCFA3">
            <w:pPr>
              <w:spacing w:after="30" w:line="240" w:lineRule="auto"/>
            </w:pPr>
            <w:r w:rsidRPr="10CDCFA3">
              <w:rPr>
                <w:b/>
                <w:bCs/>
                <w:sz w:val="19"/>
                <w:szCs w:val="19"/>
              </w:rPr>
              <w:t>Signature</w:t>
            </w:r>
            <w:r w:rsidR="4BF665BE" w:rsidRPr="10CDCFA3">
              <w:rPr>
                <w:b/>
                <w:bCs/>
                <w:sz w:val="19"/>
                <w:szCs w:val="19"/>
              </w:rPr>
              <w:t xml:space="preserve"> and Date</w:t>
            </w:r>
            <w:r w:rsidRPr="10CDCFA3">
              <w:rPr>
                <w:b/>
                <w:bCs/>
                <w:sz w:val="19"/>
                <w:szCs w:val="19"/>
              </w:rPr>
              <w:t xml:space="preserve">: </w:t>
            </w:r>
            <w:r w:rsidRPr="10CDCFA3">
              <w:rPr>
                <w:sz w:val="19"/>
                <w:szCs w:val="19"/>
              </w:rPr>
              <w:t>___________________________</w:t>
            </w:r>
          </w:p>
        </w:tc>
      </w:tr>
      <w:tr w:rsidR="004A6C5D" w14:paraId="15E7010B" w14:textId="77777777" w:rsidTr="10CDCFA3">
        <w:tblPrEx>
          <w:tblBorders>
            <w:top w:val="single" w:sz="6" w:space="0" w:color="D6DBD4"/>
            <w:left w:val="single" w:sz="6" w:space="0" w:color="D6DBD4"/>
            <w:bottom w:val="single" w:sz="6" w:space="0" w:color="D6DBD4"/>
            <w:right w:val="single" w:sz="6" w:space="0" w:color="D6DBD4"/>
            <w:insideH w:val="single" w:sz="6" w:space="0" w:color="D6DBD4"/>
            <w:insideV w:val="single" w:sz="6" w:space="0" w:color="D6DBD4"/>
          </w:tblBorders>
        </w:tblPrEx>
        <w:trPr>
          <w:gridAfter w:val="1"/>
          <w:wAfter w:w="34" w:type="dxa"/>
          <w:jc w:val="center"/>
        </w:trPr>
        <w:tc>
          <w:tcPr>
            <w:tcW w:w="11030" w:type="dxa"/>
            <w:gridSpan w:val="2"/>
            <w:shd w:val="clear" w:color="auto" w:fill="F3E8C7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917500B" w14:textId="77777777" w:rsidR="004A6C5D" w:rsidRDefault="00000000">
            <w:pPr>
              <w:spacing w:after="0" w:line="240" w:lineRule="auto"/>
              <w:jc w:val="center"/>
            </w:pPr>
            <w:r>
              <w:rPr>
                <w:b/>
                <w:color w:val="003057"/>
                <w:sz w:val="21"/>
              </w:rPr>
              <w:t>Final submission requirement: Upload one fully executed PDF copy of this coversheet with the final Microsoft Forms proposal submission.</w:t>
            </w:r>
          </w:p>
        </w:tc>
      </w:tr>
    </w:tbl>
    <w:p w14:paraId="537CD95B" w14:textId="77777777" w:rsidR="007D1CCD" w:rsidRDefault="007D1CCD"/>
    <w:sectPr w:rsidR="007D1CCD" w:rsidSect="00034616">
      <w:pgSz w:w="12240" w:h="15840"/>
      <w:pgMar w:top="475" w:right="605" w:bottom="475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8116919">
    <w:abstractNumId w:val="8"/>
  </w:num>
  <w:num w:numId="2" w16cid:durableId="162863131">
    <w:abstractNumId w:val="6"/>
  </w:num>
  <w:num w:numId="3" w16cid:durableId="840311893">
    <w:abstractNumId w:val="5"/>
  </w:num>
  <w:num w:numId="4" w16cid:durableId="1730301212">
    <w:abstractNumId w:val="4"/>
  </w:num>
  <w:num w:numId="5" w16cid:durableId="350230893">
    <w:abstractNumId w:val="7"/>
  </w:num>
  <w:num w:numId="6" w16cid:durableId="10618961">
    <w:abstractNumId w:val="3"/>
  </w:num>
  <w:num w:numId="7" w16cid:durableId="811941793">
    <w:abstractNumId w:val="2"/>
  </w:num>
  <w:num w:numId="8" w16cid:durableId="157428023">
    <w:abstractNumId w:val="1"/>
  </w:num>
  <w:num w:numId="9" w16cid:durableId="205384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6993"/>
    <w:rsid w:val="00326F90"/>
    <w:rsid w:val="004A6C5D"/>
    <w:rsid w:val="007D1CCD"/>
    <w:rsid w:val="009C3577"/>
    <w:rsid w:val="00AA1D8D"/>
    <w:rsid w:val="00B47730"/>
    <w:rsid w:val="00C308E7"/>
    <w:rsid w:val="00C56690"/>
    <w:rsid w:val="00CB0664"/>
    <w:rsid w:val="00EA1C72"/>
    <w:rsid w:val="00EB1CED"/>
    <w:rsid w:val="00FC693F"/>
    <w:rsid w:val="076DE128"/>
    <w:rsid w:val="0987A740"/>
    <w:rsid w:val="0A937889"/>
    <w:rsid w:val="0BDF8A6C"/>
    <w:rsid w:val="0CD63F16"/>
    <w:rsid w:val="0F5D6E89"/>
    <w:rsid w:val="10CDCFA3"/>
    <w:rsid w:val="1AF54DA7"/>
    <w:rsid w:val="1FDCCC2C"/>
    <w:rsid w:val="200C8BF0"/>
    <w:rsid w:val="21858F56"/>
    <w:rsid w:val="2545DB65"/>
    <w:rsid w:val="3348793A"/>
    <w:rsid w:val="35B8E2A1"/>
    <w:rsid w:val="3BC20112"/>
    <w:rsid w:val="3E11E9C3"/>
    <w:rsid w:val="41236B40"/>
    <w:rsid w:val="49D67445"/>
    <w:rsid w:val="4B980DD1"/>
    <w:rsid w:val="4BF665BE"/>
    <w:rsid w:val="50450B6D"/>
    <w:rsid w:val="51A97F8F"/>
    <w:rsid w:val="57607AFD"/>
    <w:rsid w:val="5E3B08A8"/>
    <w:rsid w:val="6732F0F0"/>
    <w:rsid w:val="72B72694"/>
    <w:rsid w:val="72DABB73"/>
    <w:rsid w:val="77115DA2"/>
    <w:rsid w:val="7E45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F9E58F6-E468-411A-B644-10AD9E4E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1741</Characters>
  <Application>Microsoft Office Word</Application>
  <DocSecurity>0</DocSecurity>
  <Lines>14</Lines>
  <Paragraphs>4</Paragraphs>
  <ScaleCrop>false</ScaleCrop>
  <Manager/>
  <Company/>
  <LinksUpToDate>false</LinksUpToDate>
  <CharactersWithSpaces>2042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Mary Alice</dc:creator>
  <cp:keywords/>
  <dc:description>generated by python-docx</dc:description>
  <cp:lastModifiedBy>Allen, Mary Alice</cp:lastModifiedBy>
  <cp:revision>5</cp:revision>
  <dcterms:created xsi:type="dcterms:W3CDTF">2026-08-04T14:02:00Z</dcterms:created>
  <dcterms:modified xsi:type="dcterms:W3CDTF">2026-08-24T15:15:00Z</dcterms:modified>
  <cp:category/>
</cp:coreProperties>
</file>