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body>
    <w:p xmlns:wp14="http://schemas.microsoft.com/office/word/2010/wordml" w14:paraId="672A6659" wp14:textId="77777777">
      <w:pPr>
        <w:spacing w:before="0" w:after="120" w:line="240" w:lineRule="auto"/>
        <w:jc w:val="center"/>
      </w:pPr>
      <w:r>
        <w:drawing>
          <wp:inline xmlns:a="http://schemas.openxmlformats.org/drawingml/2006/main" xmlns:pic="http://schemas.openxmlformats.org/drawingml/2006/picture" xmlns:wp14="http://schemas.microsoft.com/office/word/2010/wordprocessingDrawing" wp14:anchorId="204CFDD5" wp14:editId="7777777">
            <wp:extent cx="6995160" cy="100365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ie_header_final_official_whit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95160" cy="1003653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D6DBD4" w:sz="6" w:space="0"/>
          <w:left w:val="single" w:color="D6DBD4" w:sz="6" w:space="0"/>
          <w:bottom w:val="single" w:color="D6DBD4" w:sz="6" w:space="0"/>
          <w:right w:val="single" w:color="D6DBD4" w:sz="6" w:space="0"/>
          <w:insideH w:val="single" w:color="D6DBD4" w:sz="6" w:space="0"/>
          <w:insideV w:val="single" w:color="D6DBD4" w:sz="6" w:space="0"/>
        </w:tblBorders>
      </w:tblPr>
      <w:tblGrid>
        <w:gridCol w:w="11016"/>
      </w:tblGrid>
      <w:tr xmlns:wp14="http://schemas.microsoft.com/office/word/2010/wordml" w:rsidTr="10CDCFA3" w14:paraId="4DD34846" wp14:textId="77777777">
        <w:tc>
          <w:tcPr>
            <w:tcW w:w="11030" w:type="dxa"/>
            <w:shd w:val="clear" w:color="auto" w:fill="F3E8C7"/>
            <w:tcMar>
              <w:top w:w="80" w:type="dxa"/>
              <w:start w:w="130" w:type="dxa"/>
              <w:bottom w:w="80" w:type="dxa"/>
              <w:end w:w="130" w:type="dxa"/>
            </w:tcMar>
          </w:tcPr>
          <w:p w14:paraId="29CA7F33" wp14:textId="77777777">
            <w:pPr>
              <w:spacing w:before="0" w:after="0" w:line="240" w:lineRule="auto"/>
            </w:pPr>
            <w:r w:rsidRPr="10CDCFA3" w:rsidR="10CDCFA3">
              <w:rPr>
                <w:rFonts w:ascii="Arial" w:hAnsi="Arial"/>
                <w:b w:val="0"/>
                <w:bCs w:val="0"/>
                <w:color w:val="000000"/>
                <w:sz w:val="21"/>
                <w:szCs w:val="21"/>
              </w:rPr>
              <w:t>Purpose: This coversheet documents required Department Chair and Dean approval of a Faculty-Led Study Abroad Program proposal before final submission to the Office of International Education and the Institute's Study Abroad Committee.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003057" w:sz="8" w:space="0"/>
          <w:left w:val="single" w:color="003057" w:sz="8" w:space="0"/>
          <w:bottom w:val="single" w:color="003057" w:sz="8" w:space="0"/>
          <w:right w:val="single" w:color="003057" w:sz="8" w:space="0"/>
          <w:insideH w:val="single" w:color="003057" w:sz="8" w:space="0"/>
          <w:insideV w:val="single" w:color="003057" w:sz="8" w:space="0"/>
        </w:tblBorders>
      </w:tblPr>
      <w:tblGrid>
        <w:gridCol w:w="11016"/>
      </w:tblGrid>
      <w:tr xmlns:wp14="http://schemas.microsoft.com/office/word/2010/wordml" w14:paraId="35A6EAA5" wp14:textId="77777777">
        <w:tc>
          <w:tcPr>
            <w:tcW w:w="11030" w:type="dxa"/>
            <w:shd w:fill="003057"/>
            <w:tcMar>
              <w:top w:w="50" w:type="dxa"/>
              <w:start w:w="110" w:type="dxa"/>
              <w:bottom w:w="50" w:type="dxa"/>
              <w:end w:w="110" w:type="dxa"/>
            </w:tcMar>
            <w:vAlign w:val="center"/>
          </w:tcPr>
          <w:p w14:paraId="2C4FE7CD" wp14:textId="77777777"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2"/>
              </w:rPr>
              <w:t>PROGRAM DIRECTOR INSTRUCTIONS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B8C1CA" w:sz="6" w:space="0"/>
          <w:left w:val="single" w:color="B8C1CA" w:sz="6" w:space="0"/>
          <w:bottom w:val="single" w:color="B8C1CA" w:sz="6" w:space="0"/>
          <w:right w:val="single" w:color="B8C1CA" w:sz="6" w:space="0"/>
          <w:insideH w:val="single" w:color="B8C1CA" w:sz="6" w:space="0"/>
          <w:insideV w:val="single" w:color="B8C1CA" w:sz="6" w:space="0"/>
        </w:tblBorders>
      </w:tblPr>
      <w:tblGrid>
        <w:gridCol w:w="11016"/>
      </w:tblGrid>
      <w:tr xmlns:wp14="http://schemas.microsoft.com/office/word/2010/wordml" w:rsidTr="10CDCFA3" w14:paraId="7B9B70CD" wp14:textId="77777777">
        <w:tc>
          <w:tcPr>
            <w:tcW w:w="11030" w:type="dxa"/>
            <w:shd w:val="clear" w:color="auto" w:fill="FFFFFF" w:themeFill="background1"/>
            <w:tcMar>
              <w:top w:w="75" w:type="dxa"/>
              <w:start w:w="165" w:type="dxa"/>
              <w:bottom w:w="65" w:type="dxa"/>
              <w:end w:w="120" w:type="dxa"/>
            </w:tcMar>
          </w:tcPr>
          <w:p w:rsidR="10CDCFA3" w:rsidP="10CDCFA3" w:rsidRDefault="10CDCFA3" w14:paraId="5BAB07FC" w14:textId="4ED257D3">
            <w:pPr>
              <w:pStyle w:val="Normal"/>
              <w:spacing w:line="240" w:lineRule="auto"/>
              <w:contextualSpacing w:val="1"/>
            </w:pPr>
            <w:r w:rsidRPr="10CDCFA3" w:rsidR="10CDCFA3">
              <w:rPr>
                <w:rFonts w:ascii="Arial" w:hAnsi="Arial"/>
                <w:b w:val="1"/>
                <w:bCs w:val="1"/>
                <w:sz w:val="21"/>
                <w:szCs w:val="21"/>
              </w:rPr>
              <w:t>•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Complete the Microsoft Forms proposal but do not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>submit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 until this approval coversheet is fully signed.</w:t>
            </w:r>
          </w:p>
          <w:p w:rsidR="10CDCFA3" w:rsidP="10CDCFA3" w:rsidRDefault="10CDCFA3" w14:paraId="2AC06616" w14:textId="19ED4C45">
            <w:pPr>
              <w:spacing w:after="50" w:line="240" w:lineRule="auto"/>
              <w:ind w:left="245" w:hanging="245"/>
              <w:contextualSpacing w:val="1"/>
            </w:pPr>
            <w:r w:rsidRPr="10CDCFA3" w:rsidR="10CDCFA3">
              <w:rPr>
                <w:rFonts w:ascii="Arial" w:hAnsi="Arial"/>
                <w:b w:val="1"/>
                <w:bCs w:val="1"/>
                <w:sz w:val="21"/>
                <w:szCs w:val="21"/>
              </w:rPr>
              <w:t xml:space="preserve">•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Save a PDF copy of the completed proposal responses for review using the browser print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>option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 and selecting </w:t>
            </w:r>
            <w:r w:rsidRPr="10CDCFA3" w:rsidR="10CDCFA3">
              <w:rPr>
                <w:rFonts w:ascii="Arial" w:hAnsi="Arial"/>
                <w:i w:val="1"/>
                <w:iCs w:val="1"/>
                <w:sz w:val="21"/>
                <w:szCs w:val="21"/>
              </w:rPr>
              <w:t xml:space="preserve">Save as </w:t>
            </w:r>
            <w:r w:rsidRPr="10CDCFA3" w:rsidR="10CDCFA3">
              <w:rPr>
                <w:rFonts w:ascii="Arial" w:hAnsi="Arial"/>
                <w:i w:val="1"/>
                <w:iCs w:val="1"/>
                <w:sz w:val="21"/>
                <w:szCs w:val="21"/>
              </w:rPr>
              <w:t>PDF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 or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using the Microsoft Forms response print/download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>o</w:t>
            </w:r>
            <w:r w:rsidRPr="10CDCFA3" w:rsidR="10CDCFA3">
              <w:rPr>
                <w:rFonts w:ascii="Arial" w:hAnsi="Arial"/>
                <w:sz w:val="21"/>
                <w:szCs w:val="21"/>
              </w:rPr>
              <w:t>ption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>if enabled.</w:t>
            </w:r>
          </w:p>
          <w:p w:rsidR="10CDCFA3" w:rsidP="10CDCFA3" w:rsidRDefault="10CDCFA3" w14:paraId="33EE7957" w14:textId="746891BA">
            <w:pPr>
              <w:spacing w:after="50" w:line="240" w:lineRule="auto"/>
              <w:ind w:left="245" w:hanging="245"/>
            </w:pPr>
            <w:r w:rsidRPr="10CDCFA3" w:rsidR="10CDCFA3">
              <w:rPr>
                <w:rFonts w:ascii="Arial" w:hAnsi="Arial"/>
                <w:b w:val="1"/>
                <w:bCs w:val="1"/>
                <w:sz w:val="21"/>
                <w:szCs w:val="21"/>
              </w:rPr>
              <w:t xml:space="preserve">•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>Send the proposal response PDF, all course proposal forms, the program budget workbook, and supporting materials to each required Chair and Dean for review.</w:t>
            </w:r>
          </w:p>
          <w:p w:rsidR="10CDCFA3" w:rsidP="10CDCFA3" w:rsidRDefault="10CDCFA3" w14:paraId="6490C4A4" w14:textId="3EE14B43">
            <w:pPr>
              <w:spacing w:after="50" w:line="240" w:lineRule="auto"/>
              <w:ind w:left="245" w:hanging="245"/>
            </w:pPr>
            <w:r w:rsidRPr="10CDCFA3" w:rsidR="10CDCFA3">
              <w:rPr>
                <w:rFonts w:ascii="Arial" w:hAnsi="Arial"/>
                <w:b w:val="1"/>
                <w:bCs w:val="1"/>
                <w:sz w:val="21"/>
                <w:szCs w:val="21"/>
              </w:rPr>
              <w:t xml:space="preserve">•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Route this coversheet for </w:t>
            </w:r>
            <w:r w:rsidRPr="10CDCFA3" w:rsidR="10CDCFA3">
              <w:rPr>
                <w:rFonts w:ascii="Arial" w:hAnsi="Arial"/>
                <w:sz w:val="21"/>
                <w:szCs w:val="21"/>
              </w:rPr>
              <w:t>DocuSign</w:t>
            </w:r>
            <w:r w:rsidRPr="10CDCFA3" w:rsidR="10CDCFA3">
              <w:rPr>
                <w:rFonts w:ascii="Arial" w:hAnsi="Arial"/>
                <w:sz w:val="21"/>
                <w:szCs w:val="21"/>
              </w:rPr>
              <w:t xml:space="preserve"> signature; include both Chair(s) and Dean(s) when the program is jointly housed by two academic units or colleges.</w:t>
            </w:r>
          </w:p>
          <w:p w14:paraId="5223EA27" wp14:textId="77777777">
            <w:pPr>
              <w:spacing w:after="50" w:line="240" w:lineRule="auto"/>
              <w:ind w:left="245" w:hanging="245"/>
            </w:pPr>
            <w:r>
              <w:rPr>
                <w:rFonts w:ascii="Arial" w:hAnsi="Arial"/>
                <w:b/>
                <w:sz w:val="21"/>
              </w:rPr>
              <w:t xml:space="preserve">• </w:t>
            </w:r>
            <w:r>
              <w:rPr>
                <w:rFonts w:ascii="Arial" w:hAnsi="Arial"/>
                <w:sz w:val="21"/>
              </w:rPr>
              <w:t>Upload the fully executed signed coversheet PDF with the final Microsoft Forms proposal submission.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003057" w:sz="8" w:space="0"/>
          <w:left w:val="single" w:color="003057" w:sz="8" w:space="0"/>
          <w:bottom w:val="single" w:color="003057" w:sz="8" w:space="0"/>
          <w:right w:val="single" w:color="003057" w:sz="8" w:space="0"/>
          <w:insideH w:val="single" w:color="003057" w:sz="8" w:space="0"/>
          <w:insideV w:val="single" w:color="003057" w:sz="8" w:space="0"/>
        </w:tblBorders>
      </w:tblPr>
      <w:tblGrid>
        <w:gridCol w:w="11016"/>
      </w:tblGrid>
      <w:tr xmlns:wp14="http://schemas.microsoft.com/office/word/2010/wordml" w14:paraId="687C3732" wp14:textId="77777777">
        <w:tc>
          <w:tcPr>
            <w:tcW w:w="11030" w:type="dxa"/>
            <w:shd w:fill="003057"/>
            <w:tcMar>
              <w:top w:w="50" w:type="dxa"/>
              <w:start w:w="110" w:type="dxa"/>
              <w:bottom w:w="50" w:type="dxa"/>
              <w:end w:w="110" w:type="dxa"/>
            </w:tcMar>
            <w:vAlign w:val="center"/>
          </w:tcPr>
          <w:p w14:paraId="3ADE0EF3" wp14:textId="77777777"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2"/>
              </w:rPr>
              <w:t>PROGRAM INFORMATION</w:t>
            </w:r>
          </w:p>
        </w:tc>
      </w:tr>
    </w:tbl>
    <w:tbl>
      <w:tblPr>
        <w:tblW w:w="0" w:type="auto"/>
        <w:jc w:val="center"/>
        <w:tblBorders>
          <w:top w:val="single" w:color="B8C1CA" w:sz="6"/>
          <w:left w:val="single" w:color="B8C1CA" w:sz="6"/>
          <w:bottom w:val="single" w:color="B8C1CA" w:sz="6"/>
          <w:right w:val="single" w:color="B8C1CA" w:sz="6"/>
          <w:insideH w:val="single" w:color="B8C1CA" w:sz="6"/>
          <w:insideV w:val="single" w:color="B8C1CA" w:sz="6"/>
        </w:tblBorders>
        <w:tblLayout w:type="fixed"/>
        <w:tblLook w:val="04A0" w:firstRow="1" w:lastRow="0" w:firstColumn="1" w:lastColumn="0" w:noHBand="0" w:noVBand="1"/>
        <w:tblBorders>
          <w:top w:val="single" w:color="B8C1CA" w:sz="6" w:space="0"/>
          <w:left w:val="single" w:color="B8C1CA" w:sz="6" w:space="0"/>
          <w:bottom w:val="single" w:color="B8C1CA" w:sz="6" w:space="0"/>
          <w:right w:val="single" w:color="B8C1CA" w:sz="6" w:space="0"/>
          <w:insideH w:val="single" w:color="B8C1CA" w:sz="6" w:space="0"/>
          <w:insideV w:val="single" w:color="B8C1CA" w:sz="6" w:space="0"/>
        </w:tblBorders>
      </w:tblPr>
      <w:tblGrid>
        <w:gridCol w:w="2757"/>
        <w:gridCol w:w="2757"/>
        <w:gridCol w:w="2757"/>
        <w:gridCol w:w="2757"/>
      </w:tblGrid>
      <w:tr xmlns:wp14="http://schemas.microsoft.com/office/word/2010/wordml" w:rsidTr="10CDCFA3" w14:paraId="4B411B0E" wp14:textId="77777777">
        <w:trPr>
          <w:trHeight w:val="1020"/>
        </w:trPr>
        <w:tc>
          <w:tcPr>
            <w:tcW w:w="2088" w:type="dxa"/>
            <w:shd w:val="clear" w:color="auto" w:fill="E9ECEF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14:paraId="2AE04019" wp14:textId="77777777"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color w:val="003057"/>
                <w:sz w:val="20"/>
              </w:rPr>
              <w:t>Program Name</w:t>
            </w:r>
          </w:p>
        </w:tc>
        <w:tc>
          <w:tcPr>
            <w:tcW w:w="3384" w:type="dxa"/>
            <w:shd w:val="clear" w:color="auto" w:fill="FFFFFF" w:themeFill="background1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14:paraId="29D6B04F" wp14:textId="77777777"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088" w:type="dxa"/>
            <w:shd w:val="clear" w:color="auto" w:fill="E9ECEF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14:paraId="576F8CB8" wp14:textId="77777777"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color w:val="003057"/>
                <w:sz w:val="20"/>
              </w:rPr>
              <w:t>Program Director(s)</w:t>
            </w:r>
          </w:p>
        </w:tc>
        <w:tc>
          <w:tcPr>
            <w:tcW w:w="3456" w:type="dxa"/>
            <w:shd w:val="clear" w:color="auto" w:fill="FFFFFF" w:themeFill="background1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14:paraId="0A6959E7" wp14:textId="77777777"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color w:val="000000"/>
                <w:sz w:val="20"/>
              </w:rPr>
              <w:t xml:space="preserve"> </w:t>
            </w:r>
          </w:p>
        </w:tc>
      </w:tr>
      <w:tr xmlns:wp14="http://schemas.microsoft.com/office/word/2010/wordml" w:rsidTr="10CDCFA3" w14:paraId="21F145E7" wp14:textId="77777777">
        <w:trPr>
          <w:trHeight w:val="1080"/>
        </w:trPr>
        <w:tc>
          <w:tcPr>
            <w:tcW w:w="2088" w:type="dxa"/>
            <w:shd w:val="clear" w:color="auto" w:fill="E9ECEF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:rsidP="10CDCFA3" w14:paraId="473B3D57" wp14:textId="269608B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0CDCFA3" w:rsidR="3BC20112">
              <w:rPr>
                <w:rFonts w:ascii="Arial" w:hAnsi="Arial"/>
                <w:b w:val="1"/>
                <w:bCs w:val="1"/>
                <w:color w:val="003057"/>
                <w:sz w:val="20"/>
                <w:szCs w:val="20"/>
              </w:rPr>
              <w:t>Program Location(s)</w:t>
            </w:r>
          </w:p>
        </w:tc>
        <w:tc>
          <w:tcPr>
            <w:tcW w:w="3384" w:type="dxa"/>
            <w:shd w:val="clear" w:color="auto" w:fill="FFFFFF" w:themeFill="background1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14:paraId="100C5B58" wp14:textId="77777777"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2088" w:type="dxa"/>
            <w:shd w:val="clear" w:color="auto" w:fill="E9ECEF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14:paraId="20F1B74B" wp14:textId="77777777">
            <w:pPr>
              <w:spacing w:before="0" w:after="0" w:line="240" w:lineRule="auto"/>
            </w:pPr>
            <w:r/>
            <w:r>
              <w:rPr>
                <w:rFonts w:ascii="Arial" w:hAnsi="Arial"/>
                <w:b/>
                <w:color w:val="003057"/>
                <w:sz w:val="20"/>
              </w:rPr>
              <w:t>Term and Year</w:t>
            </w:r>
          </w:p>
        </w:tc>
        <w:tc>
          <w:tcPr>
            <w:tcW w:w="3456" w:type="dxa"/>
            <w:shd w:val="clear" w:color="auto" w:fill="FFFFFF" w:themeFill="background1"/>
            <w:tcMar>
              <w:top w:w="70" w:type="dxa"/>
              <w:start w:w="90" w:type="dxa"/>
              <w:bottom w:w="70" w:type="dxa"/>
              <w:end w:w="80" w:type="dxa"/>
            </w:tcMar>
            <w:vAlign w:val="center"/>
          </w:tcPr>
          <w:p w14:paraId="12F40E89" wp14:textId="77777777">
            <w:pPr>
              <w:spacing w:before="0" w:after="0" w:line="240" w:lineRule="auto"/>
            </w:pPr>
            <w:r/>
            <w:r>
              <w:rPr>
                <w:rFonts w:ascii="Arial" w:hAnsi="Arial"/>
                <w:b w:val="0"/>
                <w:color w:val="000000"/>
                <w:sz w:val="20"/>
              </w:rPr>
              <w:t xml:space="preserve"> </w:t>
            </w:r>
          </w:p>
        </w:tc>
      </w:tr>
    </w:tbl>
    <w:p w:rsidR="10CDCFA3" w:rsidRDefault="10CDCFA3" w14:paraId="06ADE82F" w14:textId="318A3400"/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003057" w:sz="8" w:space="0"/>
          <w:left w:val="single" w:color="003057" w:sz="8" w:space="0"/>
          <w:bottom w:val="single" w:color="003057" w:sz="8" w:space="0"/>
          <w:right w:val="single" w:color="003057" w:sz="8" w:space="0"/>
          <w:insideH w:val="single" w:color="003057" w:sz="8" w:space="0"/>
          <w:insideV w:val="single" w:color="003057" w:sz="8" w:space="0"/>
        </w:tblBorders>
      </w:tblPr>
      <w:tblGrid>
        <w:gridCol w:w="11016"/>
      </w:tblGrid>
      <w:tr xmlns:wp14="http://schemas.microsoft.com/office/word/2010/wordml" w14:paraId="4DF7D0CE" wp14:textId="77777777">
        <w:tc>
          <w:tcPr>
            <w:tcW w:w="11030" w:type="dxa"/>
            <w:shd w:fill="003057"/>
            <w:tcMar>
              <w:top w:w="50" w:type="dxa"/>
              <w:start w:w="110" w:type="dxa"/>
              <w:bottom w:w="50" w:type="dxa"/>
              <w:end w:w="110" w:type="dxa"/>
            </w:tcMar>
            <w:vAlign w:val="center"/>
          </w:tcPr>
          <w:p w14:paraId="7551599B" wp14:textId="77777777"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2"/>
              </w:rPr>
              <w:t>APPROVAL CERTIFICATION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B8C1CA" w:sz="6" w:space="0"/>
          <w:left w:val="single" w:color="B8C1CA" w:sz="6" w:space="0"/>
          <w:bottom w:val="single" w:color="B8C1CA" w:sz="6" w:space="0"/>
          <w:right w:val="single" w:color="B8C1CA" w:sz="6" w:space="0"/>
          <w:insideH w:val="single" w:color="B8C1CA" w:sz="6" w:space="0"/>
          <w:insideV w:val="single" w:color="B8C1CA" w:sz="6" w:space="0"/>
        </w:tblBorders>
      </w:tblPr>
      <w:tblGrid>
        <w:gridCol w:w="11016"/>
      </w:tblGrid>
      <w:tr xmlns:wp14="http://schemas.microsoft.com/office/word/2010/wordml" w:rsidTr="10CDCFA3" w14:paraId="345643EE" wp14:textId="77777777">
        <w:tc>
          <w:tcPr>
            <w:tcW w:w="11030" w:type="dxa"/>
            <w:shd w:val="clear" w:color="auto" w:fill="FFFFFF" w:themeFill="background1"/>
            <w:tcMar>
              <w:top w:w="80" w:type="dxa"/>
              <w:start w:w="130" w:type="dxa"/>
              <w:bottom w:w="80" w:type="dxa"/>
              <w:end w:w="130" w:type="dxa"/>
            </w:tcMar>
          </w:tcPr>
          <w:p w:rsidP="10CDCFA3" w14:paraId="43FFEA08" wp14:textId="0DA5479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10CDCFA3" w:rsidR="10CDCFA3">
              <w:rPr>
                <w:rFonts w:ascii="Arial" w:hAnsi="Arial"/>
                <w:b w:val="0"/>
                <w:bCs w:val="0"/>
                <w:color w:val="000000"/>
                <w:sz w:val="21"/>
                <w:szCs w:val="21"/>
              </w:rPr>
              <w:t xml:space="preserve">By signing below, each approver certifies review of the complete proposal packet, including the proposal </w:t>
            </w:r>
            <w:r w:rsidRPr="10CDCFA3" w:rsidR="10CDCFA3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>response</w:t>
            </w:r>
            <w:r w:rsidRPr="10CDCFA3" w:rsidR="10CDCFA3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 xml:space="preserve"> PDF, all course </w:t>
            </w:r>
            <w:r w:rsidRPr="10CDCFA3" w:rsidR="200C8BF0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 xml:space="preserve">approval </w:t>
            </w:r>
            <w:r w:rsidRPr="10CDCFA3" w:rsidR="10CDCFA3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 xml:space="preserve">forms, the program budget, </w:t>
            </w:r>
            <w:r w:rsidRPr="10CDCFA3" w:rsidR="4B980DD1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 xml:space="preserve">and </w:t>
            </w:r>
            <w:r w:rsidRPr="10CDCFA3" w:rsidR="10CDCFA3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>promotional materials if applicable</w:t>
            </w:r>
            <w:r w:rsidRPr="10CDCFA3" w:rsidR="10CDCFA3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 xml:space="preserve">. Each signature </w:t>
            </w:r>
            <w:r w:rsidRPr="10CDCFA3" w:rsidR="10CDCFA3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>indicates</w:t>
            </w:r>
            <w:r w:rsidRPr="10CDCFA3" w:rsidR="10CDCFA3">
              <w:rPr>
                <w:rFonts w:ascii="Arial" w:hAnsi="Arial"/>
                <w:b w:val="0"/>
                <w:bCs w:val="0"/>
                <w:color w:val="000000" w:themeColor="text1" w:themeTint="FF" w:themeShade="FF"/>
                <w:sz w:val="21"/>
                <w:szCs w:val="21"/>
              </w:rPr>
              <w:t xml:space="preserve"> support for submission to the Office of International Education and the Institute Study Abroad Committee for review.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003057" w:sz="8" w:space="0"/>
          <w:left w:val="single" w:color="003057" w:sz="8" w:space="0"/>
          <w:bottom w:val="single" w:color="003057" w:sz="8" w:space="0"/>
          <w:right w:val="single" w:color="003057" w:sz="8" w:space="0"/>
          <w:insideH w:val="single" w:color="003057" w:sz="8" w:space="0"/>
          <w:insideV w:val="single" w:color="003057" w:sz="8" w:space="0"/>
        </w:tblBorders>
      </w:tblPr>
      <w:tblGrid>
        <w:gridCol w:w="11016"/>
      </w:tblGrid>
      <w:tr xmlns:wp14="http://schemas.microsoft.com/office/word/2010/wordml" w14:paraId="5464C8F0" wp14:textId="77777777">
        <w:tc>
          <w:tcPr>
            <w:tcW w:w="11030" w:type="dxa"/>
            <w:shd w:fill="003057"/>
            <w:tcMar>
              <w:top w:w="50" w:type="dxa"/>
              <w:start w:w="110" w:type="dxa"/>
              <w:bottom w:w="50" w:type="dxa"/>
              <w:end w:w="110" w:type="dxa"/>
            </w:tcMar>
            <w:vAlign w:val="center"/>
          </w:tcPr>
          <w:p w14:paraId="4A66DB48" wp14:textId="77777777">
            <w:pPr>
              <w:spacing w:before="0" w:after="0" w:line="240" w:lineRule="auto"/>
              <w:jc w:val="left"/>
            </w:pPr>
            <w:r/>
            <w:r>
              <w:rPr>
                <w:rFonts w:ascii="Arial" w:hAnsi="Arial"/>
                <w:b/>
                <w:color w:val="FFFFFF"/>
                <w:sz w:val="22"/>
              </w:rPr>
              <w:t>REQUIRED SIGNATURES - DOCUSIGN SIGNATURES ACCEPTED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B8C1CA" w:sz="6" w:space="0"/>
          <w:left w:val="single" w:color="B8C1CA" w:sz="6" w:space="0"/>
          <w:bottom w:val="single" w:color="B8C1CA" w:sz="6" w:space="0"/>
          <w:right w:val="single" w:color="B8C1CA" w:sz="6" w:space="0"/>
          <w:insideH w:val="single" w:color="B8C1CA" w:sz="6" w:space="0"/>
          <w:insideV w:val="single" w:color="B8C1CA" w:sz="6" w:space="0"/>
        </w:tblBorders>
      </w:tblPr>
      <w:tblGrid>
        <w:gridCol w:w="5515"/>
        <w:gridCol w:w="5515"/>
      </w:tblGrid>
      <w:tr xmlns:wp14="http://schemas.microsoft.com/office/word/2010/wordml" w:rsidTr="10CDCFA3" w14:paraId="3229E93D" wp14:textId="77777777">
        <w:tc>
          <w:tcPr>
            <w:tcW w:w="5508" w:type="dxa"/>
            <w:shd w:val="clear" w:color="auto" w:fill="FFFFFF" w:themeFill="background1"/>
            <w:tcMar>
              <w:top w:w="85" w:type="dxa"/>
              <w:start w:w="110" w:type="dxa"/>
              <w:bottom w:w="70" w:type="dxa"/>
              <w:end w:w="90" w:type="dxa"/>
            </w:tcMar>
            <w:vAlign w:val="top"/>
          </w:tcPr>
          <w:p w14:paraId="53FD9AD1" wp14:textId="77777777">
            <w:pPr>
              <w:spacing w:after="60"/>
            </w:pPr>
            <w:r w:rsidRPr="10CDCFA3" w:rsidR="10CDCFA3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 xml:space="preserve">Department Chair Approval </w:t>
            </w:r>
          </w:p>
          <w:p w14:paraId="3CFDA857" wp14:textId="77777777">
            <w:pPr>
              <w:spacing w:after="30" w:line="240" w:lineRule="auto"/>
            </w:pPr>
            <w:r>
              <w:rPr>
                <w:rFonts w:ascii="Arial" w:hAnsi="Arial"/>
                <w:b/>
                <w:sz w:val="19"/>
              </w:rPr>
              <w:t xml:space="preserve">Chair Name: </w:t>
            </w:r>
            <w:r>
              <w:rPr>
                <w:rFonts w:ascii="Arial" w:hAnsi="Arial"/>
                <w:sz w:val="19"/>
              </w:rPr>
              <w:t>___________________________</w:t>
            </w:r>
          </w:p>
          <w:p w14:paraId="4730999F" wp14:textId="77777777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Department / Academic Unit: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  <w:p w:rsidR="10CDCFA3" w:rsidP="10CDCFA3" w:rsidRDefault="10CDCFA3" w14:paraId="3C5C272B" w14:textId="01A5F9F6">
            <w:pPr>
              <w:spacing w:after="30" w:line="240" w:lineRule="auto"/>
              <w:rPr>
                <w:rFonts w:ascii="Arial" w:hAnsi="Arial"/>
                <w:sz w:val="19"/>
                <w:szCs w:val="19"/>
              </w:rPr>
            </w:pPr>
          </w:p>
          <w:p w14:paraId="51A7774F" wp14:textId="3AFA6BF5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>Signature</w:t>
            </w:r>
            <w:r w:rsidRPr="10CDCFA3" w:rsidR="51A97F8F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 and Date</w:t>
            </w: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</w:tc>
        <w:tc>
          <w:tcPr>
            <w:tcW w:w="5508" w:type="dxa"/>
            <w:shd w:val="clear" w:color="auto" w:fill="FFFFFF" w:themeFill="background1"/>
            <w:tcMar>
              <w:top w:w="85" w:type="dxa"/>
              <w:start w:w="110" w:type="dxa"/>
              <w:bottom w:w="70" w:type="dxa"/>
              <w:end w:w="90" w:type="dxa"/>
            </w:tcMar>
            <w:vAlign w:val="top"/>
          </w:tcPr>
          <w:p w:rsidP="10CDCFA3" w14:paraId="1FA8DE4E" wp14:textId="77777777">
            <w:pPr>
              <w:pStyle w:val="Normal"/>
              <w:suppressLineNumbers w:val="0"/>
              <w:bidi w:val="0"/>
              <w:spacing w:before="0" w:beforeAutospacing="off" w:after="60" w:afterAutospacing="off" w:line="276" w:lineRule="auto"/>
              <w:ind w:left="0" w:right="0"/>
              <w:jc w:val="left"/>
            </w:pPr>
            <w:r w:rsidRPr="10CDCFA3" w:rsidR="10CDCFA3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>Department Chair Approval (if applicable)</w:t>
            </w:r>
          </w:p>
          <w:p w14:paraId="347B3110" wp14:textId="77777777">
            <w:pPr>
              <w:spacing w:after="30" w:line="240" w:lineRule="auto"/>
            </w:pPr>
            <w:r>
              <w:rPr>
                <w:rFonts w:ascii="Arial" w:hAnsi="Arial"/>
                <w:b/>
                <w:sz w:val="19"/>
              </w:rPr>
              <w:t xml:space="preserve">Chair Name: </w:t>
            </w:r>
            <w:r>
              <w:rPr>
                <w:rFonts w:ascii="Arial" w:hAnsi="Arial"/>
                <w:sz w:val="19"/>
              </w:rPr>
              <w:t>___________________________</w:t>
            </w:r>
          </w:p>
          <w:p w14:paraId="6342691F" wp14:textId="77777777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Department / Academic Unit: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  <w:p w:rsidR="10CDCFA3" w:rsidP="10CDCFA3" w:rsidRDefault="10CDCFA3" w14:paraId="4342E502" w14:textId="135EED29">
            <w:pPr>
              <w:spacing w:after="30" w:line="240" w:lineRule="auto"/>
              <w:rPr>
                <w:rFonts w:ascii="Arial" w:hAnsi="Arial"/>
                <w:b w:val="1"/>
                <w:bCs w:val="1"/>
                <w:sz w:val="19"/>
                <w:szCs w:val="19"/>
              </w:rPr>
            </w:pPr>
          </w:p>
          <w:p w14:paraId="05DED370" wp14:textId="064549A4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>Signature</w:t>
            </w:r>
            <w:r w:rsidRPr="10CDCFA3" w:rsidR="5E3B08A8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 and Date</w:t>
            </w: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</w:tc>
      </w:tr>
      <w:tr xmlns:wp14="http://schemas.microsoft.com/office/word/2010/wordml" w:rsidTr="10CDCFA3" w14:paraId="189BD85C" wp14:textId="77777777">
        <w:tc>
          <w:tcPr>
            <w:tcW w:w="5508" w:type="dxa"/>
            <w:shd w:val="clear" w:color="auto" w:fill="FFFFFF" w:themeFill="background1"/>
            <w:tcMar>
              <w:top w:w="85" w:type="dxa"/>
              <w:start w:w="110" w:type="dxa"/>
              <w:bottom w:w="70" w:type="dxa"/>
              <w:end w:w="90" w:type="dxa"/>
            </w:tcMar>
            <w:vAlign w:val="top"/>
          </w:tcPr>
          <w:p w14:paraId="677B0D51" wp14:textId="77777777">
            <w:pPr>
              <w:spacing w:after="60"/>
            </w:pPr>
            <w:r w:rsidRPr="10CDCFA3" w:rsidR="21858F56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 xml:space="preserve">College Dean Approval </w:t>
            </w:r>
          </w:p>
          <w:p w14:paraId="20086C88" wp14:textId="77777777">
            <w:pPr>
              <w:spacing w:after="30" w:line="240" w:lineRule="auto"/>
            </w:pPr>
            <w:r>
              <w:rPr>
                <w:rFonts w:ascii="Arial" w:hAnsi="Arial"/>
                <w:b/>
                <w:sz w:val="19"/>
              </w:rPr>
              <w:t xml:space="preserve">Dean Name: </w:t>
            </w:r>
            <w:r>
              <w:rPr>
                <w:rFonts w:ascii="Arial" w:hAnsi="Arial"/>
                <w:sz w:val="19"/>
              </w:rPr>
              <w:t>___________________________</w:t>
            </w:r>
          </w:p>
          <w:p w14:paraId="4F0EA3E4" wp14:textId="77777777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College: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  <w:p w:rsidR="10CDCFA3" w:rsidP="10CDCFA3" w:rsidRDefault="10CDCFA3" w14:paraId="396DC250" w14:textId="1C824605">
            <w:pPr>
              <w:spacing w:after="30" w:line="240" w:lineRule="auto"/>
              <w:rPr>
                <w:rFonts w:ascii="Arial" w:hAnsi="Arial"/>
                <w:sz w:val="19"/>
                <w:szCs w:val="19"/>
              </w:rPr>
            </w:pPr>
          </w:p>
          <w:p w14:paraId="75DF3FF1" wp14:textId="3867B584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>Signature</w:t>
            </w:r>
            <w:r w:rsidRPr="10CDCFA3" w:rsidR="2545DB65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 and Date</w:t>
            </w: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</w:tc>
        <w:tc>
          <w:tcPr>
            <w:tcW w:w="5508" w:type="dxa"/>
            <w:shd w:val="clear" w:color="auto" w:fill="FFFFFF" w:themeFill="background1"/>
            <w:tcMar>
              <w:top w:w="85" w:type="dxa"/>
              <w:start w:w="110" w:type="dxa"/>
              <w:bottom w:w="70" w:type="dxa"/>
              <w:end w:w="90" w:type="dxa"/>
            </w:tcMar>
            <w:vAlign w:val="top"/>
          </w:tcPr>
          <w:p w:rsidP="10CDCFA3" w14:paraId="41C943A7" wp14:textId="4A922F72">
            <w:pPr>
              <w:spacing w:after="60"/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</w:pPr>
            <w:r w:rsidRPr="10CDCFA3" w:rsidR="1AF54DA7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 xml:space="preserve">College </w:t>
            </w:r>
            <w:r w:rsidRPr="10CDCFA3" w:rsidR="10CDCFA3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 xml:space="preserve">Dean Approval </w:t>
            </w:r>
            <w:r w:rsidRPr="10CDCFA3" w:rsidR="50450B6D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>(i</w:t>
            </w:r>
            <w:r w:rsidRPr="10CDCFA3" w:rsidR="10CDCFA3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>f applicable</w:t>
            </w:r>
            <w:r w:rsidRPr="10CDCFA3" w:rsidR="49D67445">
              <w:rPr>
                <w:rFonts w:ascii="Arial" w:hAnsi="Arial"/>
                <w:b w:val="1"/>
                <w:bCs w:val="1"/>
                <w:color w:val="003057"/>
                <w:sz w:val="21"/>
                <w:szCs w:val="21"/>
              </w:rPr>
              <w:t>)</w:t>
            </w:r>
          </w:p>
          <w:p w14:paraId="03898A5D" wp14:textId="77777777">
            <w:pPr>
              <w:spacing w:after="30" w:line="240" w:lineRule="auto"/>
            </w:pPr>
            <w:r>
              <w:rPr>
                <w:rFonts w:ascii="Arial" w:hAnsi="Arial"/>
                <w:b/>
                <w:sz w:val="19"/>
              </w:rPr>
              <w:t xml:space="preserve">Dean Name: </w:t>
            </w:r>
            <w:r>
              <w:rPr>
                <w:rFonts w:ascii="Arial" w:hAnsi="Arial"/>
                <w:sz w:val="19"/>
              </w:rPr>
              <w:t>___________________________</w:t>
            </w:r>
          </w:p>
          <w:p w14:paraId="06A9A6A8" wp14:textId="77777777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College: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  <w:p w:rsidR="10CDCFA3" w:rsidP="10CDCFA3" w:rsidRDefault="10CDCFA3" w14:paraId="523519B6" w14:textId="4F961826">
            <w:pPr>
              <w:spacing w:after="30" w:line="240" w:lineRule="auto"/>
              <w:rPr>
                <w:rFonts w:ascii="Arial" w:hAnsi="Arial"/>
                <w:sz w:val="19"/>
                <w:szCs w:val="19"/>
              </w:rPr>
            </w:pPr>
          </w:p>
          <w:p w14:paraId="03DD392A" wp14:textId="388151B0">
            <w:pPr>
              <w:spacing w:after="30" w:line="240" w:lineRule="auto"/>
            </w:pP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>Signature</w:t>
            </w:r>
            <w:r w:rsidRPr="10CDCFA3" w:rsidR="4BF665BE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 and Date</w:t>
            </w:r>
            <w:r w:rsidRPr="10CDCFA3" w:rsidR="10CDCFA3">
              <w:rPr>
                <w:rFonts w:ascii="Arial" w:hAnsi="Arial"/>
                <w:b w:val="1"/>
                <w:bCs w:val="1"/>
                <w:sz w:val="19"/>
                <w:szCs w:val="19"/>
              </w:rPr>
              <w:t xml:space="preserve">: </w:t>
            </w:r>
            <w:r w:rsidRPr="10CDCFA3" w:rsidR="10CDCFA3">
              <w:rPr>
                <w:rFonts w:ascii="Arial" w:hAnsi="Arial"/>
                <w:sz w:val="19"/>
                <w:szCs w:val="19"/>
              </w:rPr>
              <w:t>___________________________</w:t>
            </w:r>
          </w:p>
        </w:tc>
      </w:tr>
    </w:tbl>
    <w:tbl>
      <w:tblPr>
        <w:tblW w:w="0" w:type="auto"/>
        <w:jc w:val="center"/>
        <w:tblLayout w:type="fixed"/>
        <w:tblLook w:val="04A0" w:firstRow="1" w:lastRow="0" w:firstColumn="1" w:lastColumn="0" w:noHBand="0" w:noVBand="1"/>
        <w:tblBorders>
          <w:top w:val="single" w:color="D6DBD4" w:sz="6" w:space="0"/>
          <w:left w:val="single" w:color="D6DBD4" w:sz="6" w:space="0"/>
          <w:bottom w:val="single" w:color="D6DBD4" w:sz="6" w:space="0"/>
          <w:right w:val="single" w:color="D6DBD4" w:sz="6" w:space="0"/>
          <w:insideH w:val="single" w:color="D6DBD4" w:sz="6" w:space="0"/>
          <w:insideV w:val="single" w:color="D6DBD4" w:sz="6" w:space="0"/>
        </w:tblBorders>
      </w:tblPr>
      <w:tblGrid>
        <w:gridCol w:w="11016"/>
      </w:tblGrid>
      <w:tr xmlns:wp14="http://schemas.microsoft.com/office/word/2010/wordml" w:rsidTr="10CDCFA3" w14:paraId="15E7010B" wp14:textId="77777777">
        <w:tc>
          <w:tcPr>
            <w:tcW w:w="11030" w:type="dxa"/>
            <w:shd w:val="clear" w:color="auto" w:fill="F3E8C7"/>
            <w:tcMar>
              <w:top w:w="70" w:type="dxa"/>
              <w:start w:w="130" w:type="dxa"/>
              <w:bottom w:w="70" w:type="dxa"/>
              <w:end w:w="130" w:type="dxa"/>
            </w:tcMar>
          </w:tcPr>
          <w:p w14:paraId="3917500B" wp14:textId="77777777">
            <w:pPr>
              <w:spacing w:before="0" w:after="0" w:line="240" w:lineRule="auto"/>
              <w:jc w:val="center"/>
            </w:pPr>
            <w:r/>
            <w:r>
              <w:rPr>
                <w:rFonts w:ascii="Arial" w:hAnsi="Arial"/>
                <w:b/>
                <w:color w:val="003057"/>
                <w:sz w:val="21"/>
              </w:rPr>
              <w:t>Final submission requirement: Upload one fully executed PDF copy of this coversheet with the final Microsoft Forms proposal submission.</w:t>
            </w:r>
          </w:p>
        </w:tc>
      </w:tr>
    </w:tbl>
    <w:sectPr w:rsidRPr="0006063C" w:rsidR="00FC693F" w:rsidSect="00034616">
      <w:pgSz w:w="12240" w:h="15840" w:orient="portrait"/>
      <w:pgMar w:top="475" w:right="605" w:bottom="475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val="bestFit"/>
  <w:proofState w:spelling="clean" w:grammar="dirty"/>
  <w:trackRevisions w:val="false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76DE128"/>
    <w:rsid w:val="0987A740"/>
    <w:rsid w:val="0987A740"/>
    <w:rsid w:val="0A937889"/>
    <w:rsid w:val="0A937889"/>
    <w:rsid w:val="0BDF8A6C"/>
    <w:rsid w:val="0CD63F16"/>
    <w:rsid w:val="0F5D6E89"/>
    <w:rsid w:val="10CDCFA3"/>
    <w:rsid w:val="1AF54DA7"/>
    <w:rsid w:val="1FDCCC2C"/>
    <w:rsid w:val="200C8BF0"/>
    <w:rsid w:val="21858F56"/>
    <w:rsid w:val="2545DB65"/>
    <w:rsid w:val="3348793A"/>
    <w:rsid w:val="35B8E2A1"/>
    <w:rsid w:val="3BC20112"/>
    <w:rsid w:val="3E11E9C3"/>
    <w:rsid w:val="41236B40"/>
    <w:rsid w:val="49D67445"/>
    <w:rsid w:val="4B980DD1"/>
    <w:rsid w:val="4BF665BE"/>
    <w:rsid w:val="50450B6D"/>
    <w:rsid w:val="51A97F8F"/>
    <w:rsid w:val="57607AFD"/>
    <w:rsid w:val="5E3B08A8"/>
    <w:rsid w:val="6732F0F0"/>
    <w:rsid w:val="6732F0F0"/>
    <w:rsid w:val="72B72694"/>
    <w:rsid w:val="72DABB73"/>
    <w:rsid w:val="77115DA2"/>
    <w:rsid w:val="7E45DEF7"/>
    <w:rsid w:val="7E45D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15:docId w15:val="{9F9E58F6-E468-411A-B644-10AD9E4E7E5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microsoft.com/office/2007/relationships/stylesWithEffects" Target="stylesWithEffects.xml" Id="rId4" /><Relationship Type="http://schemas.openxmlformats.org/officeDocument/2006/relationships/settings" Target="settings.xml" Id="rId5" /><Relationship Type="http://schemas.openxmlformats.org/officeDocument/2006/relationships/webSettings" Target="webSettings.xml" Id="rId6" /><Relationship Type="http://schemas.openxmlformats.org/officeDocument/2006/relationships/fontTable" Target="fontTable.xml" Id="rId7" /><Relationship Type="http://schemas.openxmlformats.org/officeDocument/2006/relationships/theme" Target="theme/theme1.xml" Id="rId8" /><Relationship Type="http://schemas.openxmlformats.org/officeDocument/2006/relationships/customXml" Target="../customXml/item1.xml" Id="rId1" /><Relationship Type="http://schemas.openxmlformats.org/officeDocument/2006/relationships/numbering" Target="numbering.xml" Id="rId2" /><Relationship Type="http://schemas.openxmlformats.org/officeDocument/2006/relationships/image" Target="media/image1.png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Allen, Mary Alice</dc:creator>
  <keywords/>
  <dc:description>generated by python-docx</dc:description>
  <lastModifiedBy>Allen, Mary Alice</lastModifiedBy>
  <revision>2</revision>
  <dcterms:created xsi:type="dcterms:W3CDTF">2026-08-04T14:02:34.4949013Z</dcterms:created>
  <dcterms:modified xsi:type="dcterms:W3CDTF">2026-08-04T14:51:33.6839721Z</dcterms:modified>
  <category/>
</coreProperties>
</file>